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587"/>
        <w:gridCol w:w="4932"/>
        <w:gridCol w:w="3685"/>
      </w:tblGrid>
      <w:tr>
        <w:trPr>
          <w:trHeight w:val="312" w:hRule="atLeast"/>
        </w:trPr>
        <w:tc>
          <w:tcPr>
            <w:tcW w:type="dxa" w:w="1587"/>
          </w:tcPr>
          <w:p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50_t_z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32"/>
            <w:vAlign w:val="center"/>
          </w:tcPr>
          <w:p>
            <w:r/>
            <w:r>
              <w:rPr>
                <w:b/>
                <w:color w:val="1C482B"/>
                <w:sz w:val="44"/>
              </w:rPr>
              <w:t>SZÁLLÍTÓLEVÉL</w:t>
            </w:r>
          </w:p>
        </w:tc>
        <w:tc>
          <w:tcPr>
            <w:tcW w:type="dxa" w:w="3685"/>
            <w:vAlign w:val="center"/>
          </w:tcPr>
          <w:p>
            <w:pPr>
              <w:spacing w:after="80"/>
            </w:pPr>
            <w:r/>
            <w:r>
              <w:rPr>
                <w:b w:val="0"/>
                <w:color w:val="505050"/>
              </w:rPr>
              <w:t>Sorszám: ______________________</w:t>
            </w:r>
          </w:p>
          <w:p>
            <w:pPr>
              <w:spacing w:after="80"/>
            </w:pPr>
            <w:r>
              <w:rPr>
                <w:color w:val="505050"/>
              </w:rPr>
              <w:t>Átvétel időpontja: _____________</w:t>
            </w:r>
          </w:p>
          <w:p>
            <w:pPr>
              <w:spacing w:after="80"/>
            </w:pPr>
            <w:r>
              <w:rPr>
                <w:color w:val="505050"/>
              </w:rPr>
              <w:t>Fizetési mód: __________________</w:t>
            </w:r>
          </w:p>
        </w:tc>
      </w:tr>
    </w:tbl>
    <w:p>
      <w:pPr>
        <w:spacing w:line="140" w:lineRule="exact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rPr>
          <w:trHeight w:val="312" w:hRule="atLeast"/>
        </w:trPr>
        <w:tc>
          <w:tcPr>
            <w:tcW w:type="dxa" w:w="5102"/>
            <w:shd w:val="clear" w:color="auto" w:fill="E8F0EA"/>
            <w:vAlign w:val="center"/>
          </w:tcPr>
          <w:p>
            <w:r/>
            <w:r>
              <w:rPr>
                <w:b/>
                <w:color w:val="1C482B"/>
                <w:sz w:val="16"/>
              </w:rPr>
              <w:t>SZÁLLÍTÓ (ELADÓ)</w:t>
            </w:r>
          </w:p>
        </w:tc>
        <w:tc>
          <w:tcPr>
            <w:tcW w:type="dxa" w:w="5102"/>
            <w:shd w:val="clear" w:color="auto" w:fill="E8F0EA"/>
            <w:vAlign w:val="center"/>
          </w:tcPr>
          <w:p>
            <w:r/>
            <w:r>
              <w:rPr>
                <w:b/>
                <w:color w:val="1C482B"/>
                <w:sz w:val="16"/>
              </w:rPr>
              <w:t>VEVŐ (ÁTVEVŐ)</w:t>
            </w:r>
          </w:p>
        </w:tc>
      </w:tr>
      <w:tr>
        <w:trPr>
          <w:trHeight w:val="312" w:hRule="atLeast"/>
        </w:trPr>
        <w:tc>
          <w:tcPr>
            <w:tcW w:type="dxa" w:w="5102"/>
            <w:vAlign w:val="center"/>
          </w:tcPr>
          <w:p>
            <w:r/>
            <w:r>
              <w:rPr>
                <w:b w:val="0"/>
                <w:color w:val="505050"/>
              </w:rPr>
              <w:t>Név:</w:t>
            </w:r>
          </w:p>
        </w:tc>
        <w:tc>
          <w:tcPr>
            <w:tcW w:type="dxa" w:w="5102"/>
            <w:vAlign w:val="center"/>
          </w:tcPr>
          <w:p>
            <w:r/>
            <w:r>
              <w:rPr>
                <w:b w:val="0"/>
                <w:color w:val="505050"/>
              </w:rPr>
              <w:t>Név:</w:t>
            </w:r>
          </w:p>
        </w:tc>
      </w:tr>
      <w:tr>
        <w:trPr>
          <w:trHeight w:val="312" w:hRule="atLeast"/>
        </w:trPr>
        <w:tc>
          <w:tcPr>
            <w:tcW w:type="dxa" w:w="5102"/>
            <w:vAlign w:val="center"/>
          </w:tcPr>
          <w:p>
            <w:r/>
            <w:r>
              <w:rPr>
                <w:b w:val="0"/>
                <w:color w:val="505050"/>
              </w:rPr>
              <w:t>Cím:</w:t>
            </w:r>
          </w:p>
        </w:tc>
        <w:tc>
          <w:tcPr>
            <w:tcW w:type="dxa" w:w="5102"/>
            <w:vAlign w:val="center"/>
          </w:tcPr>
          <w:p>
            <w:r/>
            <w:r>
              <w:rPr>
                <w:b w:val="0"/>
                <w:color w:val="505050"/>
              </w:rPr>
              <w:t>Cím:</w:t>
            </w:r>
          </w:p>
        </w:tc>
      </w:tr>
      <w:tr>
        <w:trPr>
          <w:trHeight w:val="312" w:hRule="atLeast"/>
        </w:trPr>
        <w:tc>
          <w:tcPr>
            <w:tcW w:type="dxa" w:w="5102"/>
            <w:vAlign w:val="center"/>
          </w:tcPr>
          <w:p>
            <w:r/>
            <w:r>
              <w:rPr>
                <w:b w:val="0"/>
                <w:color w:val="505050"/>
              </w:rPr>
              <w:t>Adószám:</w:t>
            </w:r>
          </w:p>
        </w:tc>
        <w:tc>
          <w:tcPr>
            <w:tcW w:type="dxa" w:w="5102"/>
            <w:vAlign w:val="center"/>
          </w:tcPr>
          <w:p>
            <w:r/>
            <w:r>
              <w:rPr>
                <w:b w:val="0"/>
                <w:color w:val="505050"/>
              </w:rPr>
              <w:t>Adószám:</w:t>
            </w:r>
          </w:p>
        </w:tc>
      </w:tr>
      <w:tr>
        <w:trPr>
          <w:trHeight w:val="312" w:hRule="atLeast"/>
        </w:trPr>
        <w:tc>
          <w:tcPr>
            <w:tcW w:type="dxa" w:w="5102"/>
            <w:vAlign w:val="center"/>
          </w:tcPr>
          <w:p>
            <w:r/>
            <w:r>
              <w:rPr>
                <w:b w:val="0"/>
                <w:color w:val="505050"/>
              </w:rPr>
              <w:t>Telefon:</w:t>
            </w:r>
          </w:p>
        </w:tc>
        <w:tc>
          <w:tcPr>
            <w:tcW w:type="dxa" w:w="5102"/>
            <w:vAlign w:val="center"/>
          </w:tcPr>
          <w:p>
            <w:r/>
            <w:r>
              <w:rPr>
                <w:b w:val="0"/>
                <w:color w:val="505050"/>
              </w:rPr>
              <w:t>Kapcsolattartó:</w:t>
            </w:r>
          </w:p>
        </w:tc>
      </w:tr>
      <w:tr>
        <w:trPr>
          <w:trHeight w:val="312" w:hRule="atLeast"/>
        </w:trPr>
        <w:tc>
          <w:tcPr>
            <w:tcW w:type="dxa" w:w="5102"/>
            <w:vAlign w:val="center"/>
          </w:tcPr>
          <w:p>
            <w:r/>
            <w:r>
              <w:rPr>
                <w:b w:val="0"/>
                <w:color w:val="505050"/>
              </w:rPr>
              <w:t>E-mail:</w:t>
            </w:r>
          </w:p>
        </w:tc>
        <w:tc>
          <w:tcPr>
            <w:tcW w:type="dxa" w:w="5102"/>
            <w:vAlign w:val="center"/>
          </w:tcPr>
          <w:p>
            <w:r/>
            <w:r>
              <w:rPr>
                <w:b w:val="0"/>
                <w:color w:val="505050"/>
              </w:rPr>
              <w:t>Telefon:</w:t>
            </w:r>
          </w:p>
        </w:tc>
      </w:tr>
    </w:tbl>
    <w:p>
      <w:pPr>
        <w:spacing w:line="140" w:lineRule="exact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rHeight w:val="312" w:hRule="atLeast"/>
        </w:trPr>
        <w:tc>
          <w:tcPr>
            <w:tcW w:type="dxa" w:w="10206"/>
            <w:gridSpan w:val="3"/>
            <w:shd w:val="clear" w:color="auto" w:fill="E8F0EA"/>
            <w:vAlign w:val="center"/>
          </w:tcPr>
          <w:p>
            <w:r/>
            <w:r>
              <w:rPr>
                <w:b/>
                <w:color w:val="1C482B"/>
                <w:sz w:val="16"/>
              </w:rPr>
              <w:t>SZÁLLÍTÁS</w:t>
            </w:r>
          </w:p>
        </w:tc>
      </w:tr>
      <w:tr>
        <w:trPr>
          <w:trHeight w:val="312" w:hRule="atLeast"/>
        </w:trPr>
        <w:tc>
          <w:tcPr>
            <w:tcW w:type="dxa" w:w="10206"/>
            <w:gridSpan w:val="3"/>
            <w:vAlign w:val="center"/>
          </w:tcPr>
          <w:p>
            <w:r/>
            <w:r>
              <w:rPr>
                <w:b w:val="0"/>
                <w:color w:val="505050"/>
              </w:rPr>
              <w:t>Szállítási cím (ha eltér):</w:t>
            </w:r>
          </w:p>
        </w:tc>
      </w:tr>
      <w:tr>
        <w:trPr>
          <w:trHeight w:val="312" w:hRule="atLeast"/>
        </w:trPr>
        <w:tc>
          <w:tcPr>
            <w:tcW w:type="dxa" w:w="3402"/>
            <w:vAlign w:val="center"/>
          </w:tcPr>
          <w:p>
            <w:r/>
            <w:r>
              <w:rPr>
                <w:b w:val="0"/>
                <w:color w:val="505050"/>
              </w:rPr>
              <w:t>Rendszám:</w:t>
            </w:r>
          </w:p>
        </w:tc>
        <w:tc>
          <w:tcPr>
            <w:tcW w:type="dxa" w:w="3402"/>
            <w:vAlign w:val="center"/>
          </w:tcPr>
          <w:p>
            <w:r/>
            <w:r>
              <w:rPr>
                <w:b w:val="0"/>
                <w:color w:val="505050"/>
              </w:rPr>
              <w:t>Sofőr:</w:t>
            </w:r>
          </w:p>
        </w:tc>
        <w:tc>
          <w:tcPr>
            <w:tcW w:type="dxa" w:w="3402"/>
            <w:vAlign w:val="center"/>
          </w:tcPr>
          <w:p>
            <w:r/>
            <w:r>
              <w:rPr>
                <w:b w:val="0"/>
                <w:color w:val="505050"/>
              </w:rPr>
              <w:t>Rendelésszám:</w:t>
            </w:r>
          </w:p>
        </w:tc>
      </w:tr>
    </w:tbl>
    <w:p>
      <w:pPr>
        <w:spacing w:line="140" w:lineRule="exact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24"/>
        <w:gridCol w:w="4082"/>
        <w:gridCol w:w="1361"/>
        <w:gridCol w:w="1020"/>
        <w:gridCol w:w="737"/>
        <w:gridCol w:w="2381"/>
      </w:tblGrid>
      <w:tr>
        <w:trPr>
          <w:trHeight w:val="340" w:hRule="atLeast"/>
        </w:trPr>
        <w:tc>
          <w:tcPr>
            <w:tcW w:type="dxa" w:w="624"/>
            <w:shd w:val="clear" w:color="auto" w:fill="1C482B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</w:rPr>
              <w:t>Ssz.</w:t>
            </w:r>
          </w:p>
        </w:tc>
        <w:tc>
          <w:tcPr>
            <w:tcW w:type="dxa" w:w="4082"/>
            <w:shd w:val="clear" w:color="auto" w:fill="1C482B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</w:rPr>
              <w:t>Megnevezés</w:t>
            </w:r>
          </w:p>
        </w:tc>
        <w:tc>
          <w:tcPr>
            <w:tcW w:type="dxa" w:w="1361"/>
            <w:shd w:val="clear" w:color="auto" w:fill="1C482B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</w:rPr>
              <w:t>Cikkszám</w:t>
            </w:r>
          </w:p>
        </w:tc>
        <w:tc>
          <w:tcPr>
            <w:tcW w:type="dxa" w:w="1020"/>
            <w:shd w:val="clear" w:color="auto" w:fill="1C482B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</w:rPr>
              <w:t>Menny.</w:t>
            </w:r>
          </w:p>
        </w:tc>
        <w:tc>
          <w:tcPr>
            <w:tcW w:type="dxa" w:w="737"/>
            <w:shd w:val="clear" w:color="auto" w:fill="1C482B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</w:rPr>
              <w:t>Me.</w:t>
            </w:r>
          </w:p>
        </w:tc>
        <w:tc>
          <w:tcPr>
            <w:tcW w:type="dxa" w:w="2381"/>
            <w:shd w:val="clear" w:color="auto" w:fill="1C482B"/>
            <w:vAlign w:val="center"/>
          </w:tcPr>
          <w:p>
            <w:pPr>
              <w:jc w:val="center"/>
            </w:pPr>
            <w:r/>
            <w:r>
              <w:rPr>
                <w:b/>
                <w:color w:val="FFFFFF"/>
              </w:rPr>
              <w:t>Megjegyzés</w:t>
            </w:r>
          </w:p>
        </w:tc>
      </w:tr>
      <w:tr>
        <w:trPr>
          <w:trHeight w:val="340" w:hRule="atLeast"/>
        </w:trPr>
        <w:tc>
          <w:tcPr>
            <w:tcW w:type="dxa" w:w="624"/>
            <w:vAlign w:val="center"/>
          </w:tcPr>
          <w:p>
            <w:pPr>
              <w:jc w:val="center"/>
            </w:pPr>
            <w:r/>
            <w:r>
              <w:rPr>
                <w:b w:val="0"/>
                <w:color w:val="000000"/>
              </w:rPr>
              <w:t>1</w:t>
            </w:r>
          </w:p>
        </w:tc>
        <w:tc>
          <w:tcPr>
            <w:tcW w:type="dxa" w:w="4082"/>
          </w:tcPr>
          <w:p/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  <w:tc>
          <w:tcPr>
            <w:tcW w:type="dxa" w:w="737"/>
          </w:tcPr>
          <w:p/>
        </w:tc>
        <w:tc>
          <w:tcPr>
            <w:tcW w:type="dxa" w:w="2381"/>
          </w:tcPr>
          <w:p/>
        </w:tc>
      </w:tr>
      <w:tr>
        <w:trPr>
          <w:trHeight w:val="340" w:hRule="atLeast"/>
        </w:trPr>
        <w:tc>
          <w:tcPr>
            <w:tcW w:type="dxa" w:w="624"/>
            <w:vAlign w:val="center"/>
          </w:tcPr>
          <w:p>
            <w:pPr>
              <w:jc w:val="center"/>
            </w:pPr>
            <w:r/>
            <w:r>
              <w:rPr>
                <w:b w:val="0"/>
                <w:color w:val="000000"/>
              </w:rPr>
              <w:t>2</w:t>
            </w:r>
          </w:p>
        </w:tc>
        <w:tc>
          <w:tcPr>
            <w:tcW w:type="dxa" w:w="4082"/>
          </w:tcPr>
          <w:p/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  <w:tc>
          <w:tcPr>
            <w:tcW w:type="dxa" w:w="737"/>
          </w:tcPr>
          <w:p/>
        </w:tc>
        <w:tc>
          <w:tcPr>
            <w:tcW w:type="dxa" w:w="2381"/>
          </w:tcPr>
          <w:p/>
        </w:tc>
      </w:tr>
      <w:tr>
        <w:trPr>
          <w:trHeight w:val="340" w:hRule="atLeast"/>
        </w:trPr>
        <w:tc>
          <w:tcPr>
            <w:tcW w:type="dxa" w:w="624"/>
            <w:vAlign w:val="center"/>
          </w:tcPr>
          <w:p>
            <w:pPr>
              <w:jc w:val="center"/>
            </w:pPr>
            <w:r/>
            <w:r>
              <w:rPr>
                <w:b w:val="0"/>
                <w:color w:val="000000"/>
              </w:rPr>
              <w:t>3</w:t>
            </w:r>
          </w:p>
        </w:tc>
        <w:tc>
          <w:tcPr>
            <w:tcW w:type="dxa" w:w="4082"/>
          </w:tcPr>
          <w:p/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  <w:tc>
          <w:tcPr>
            <w:tcW w:type="dxa" w:w="737"/>
          </w:tcPr>
          <w:p/>
        </w:tc>
        <w:tc>
          <w:tcPr>
            <w:tcW w:type="dxa" w:w="2381"/>
          </w:tcPr>
          <w:p/>
        </w:tc>
      </w:tr>
      <w:tr>
        <w:trPr>
          <w:trHeight w:val="340" w:hRule="atLeast"/>
        </w:trPr>
        <w:tc>
          <w:tcPr>
            <w:tcW w:type="dxa" w:w="624"/>
            <w:vAlign w:val="center"/>
          </w:tcPr>
          <w:p>
            <w:pPr>
              <w:jc w:val="center"/>
            </w:pPr>
            <w:r/>
            <w:r>
              <w:rPr>
                <w:b w:val="0"/>
                <w:color w:val="000000"/>
              </w:rPr>
              <w:t>4</w:t>
            </w:r>
          </w:p>
        </w:tc>
        <w:tc>
          <w:tcPr>
            <w:tcW w:type="dxa" w:w="4082"/>
          </w:tcPr>
          <w:p/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  <w:tc>
          <w:tcPr>
            <w:tcW w:type="dxa" w:w="737"/>
          </w:tcPr>
          <w:p/>
        </w:tc>
        <w:tc>
          <w:tcPr>
            <w:tcW w:type="dxa" w:w="2381"/>
          </w:tcPr>
          <w:p/>
        </w:tc>
      </w:tr>
      <w:tr>
        <w:trPr>
          <w:trHeight w:val="340" w:hRule="atLeast"/>
        </w:trPr>
        <w:tc>
          <w:tcPr>
            <w:tcW w:type="dxa" w:w="624"/>
            <w:vAlign w:val="center"/>
          </w:tcPr>
          <w:p>
            <w:pPr>
              <w:jc w:val="center"/>
            </w:pPr>
            <w:r/>
            <w:r>
              <w:rPr>
                <w:b w:val="0"/>
                <w:color w:val="000000"/>
              </w:rPr>
              <w:t>5</w:t>
            </w:r>
          </w:p>
        </w:tc>
        <w:tc>
          <w:tcPr>
            <w:tcW w:type="dxa" w:w="4082"/>
          </w:tcPr>
          <w:p/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  <w:tc>
          <w:tcPr>
            <w:tcW w:type="dxa" w:w="737"/>
          </w:tcPr>
          <w:p/>
        </w:tc>
        <w:tc>
          <w:tcPr>
            <w:tcW w:type="dxa" w:w="2381"/>
          </w:tcPr>
          <w:p/>
        </w:tc>
      </w:tr>
      <w:tr>
        <w:trPr>
          <w:trHeight w:val="340" w:hRule="atLeast"/>
        </w:trPr>
        <w:tc>
          <w:tcPr>
            <w:tcW w:type="dxa" w:w="624"/>
            <w:vAlign w:val="center"/>
          </w:tcPr>
          <w:p>
            <w:pPr>
              <w:jc w:val="center"/>
            </w:pPr>
            <w:r/>
            <w:r>
              <w:rPr>
                <w:b w:val="0"/>
                <w:color w:val="000000"/>
              </w:rPr>
              <w:t>6</w:t>
            </w:r>
          </w:p>
        </w:tc>
        <w:tc>
          <w:tcPr>
            <w:tcW w:type="dxa" w:w="4082"/>
          </w:tcPr>
          <w:p/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  <w:tc>
          <w:tcPr>
            <w:tcW w:type="dxa" w:w="737"/>
          </w:tcPr>
          <w:p/>
        </w:tc>
        <w:tc>
          <w:tcPr>
            <w:tcW w:type="dxa" w:w="2381"/>
          </w:tcPr>
          <w:p/>
        </w:tc>
      </w:tr>
      <w:tr>
        <w:trPr>
          <w:trHeight w:val="340" w:hRule="atLeast"/>
        </w:trPr>
        <w:tc>
          <w:tcPr>
            <w:tcW w:type="dxa" w:w="624"/>
            <w:vAlign w:val="center"/>
          </w:tcPr>
          <w:p>
            <w:pPr>
              <w:jc w:val="center"/>
            </w:pPr>
            <w:r/>
            <w:r>
              <w:rPr>
                <w:b w:val="0"/>
                <w:color w:val="000000"/>
              </w:rPr>
              <w:t>7</w:t>
            </w:r>
          </w:p>
        </w:tc>
        <w:tc>
          <w:tcPr>
            <w:tcW w:type="dxa" w:w="4082"/>
          </w:tcPr>
          <w:p/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  <w:tc>
          <w:tcPr>
            <w:tcW w:type="dxa" w:w="737"/>
          </w:tcPr>
          <w:p/>
        </w:tc>
        <w:tc>
          <w:tcPr>
            <w:tcW w:type="dxa" w:w="2381"/>
          </w:tcPr>
          <w:p/>
        </w:tc>
      </w:tr>
      <w:tr>
        <w:trPr>
          <w:trHeight w:val="340" w:hRule="atLeast"/>
        </w:trPr>
        <w:tc>
          <w:tcPr>
            <w:tcW w:type="dxa" w:w="624"/>
            <w:vAlign w:val="center"/>
          </w:tcPr>
          <w:p>
            <w:pPr>
              <w:jc w:val="center"/>
            </w:pPr>
            <w:r/>
            <w:r>
              <w:rPr>
                <w:b w:val="0"/>
                <w:color w:val="000000"/>
              </w:rPr>
              <w:t>8</w:t>
            </w:r>
          </w:p>
        </w:tc>
        <w:tc>
          <w:tcPr>
            <w:tcW w:type="dxa" w:w="4082"/>
          </w:tcPr>
          <w:p/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  <w:tc>
          <w:tcPr>
            <w:tcW w:type="dxa" w:w="737"/>
          </w:tcPr>
          <w:p/>
        </w:tc>
        <w:tc>
          <w:tcPr>
            <w:tcW w:type="dxa" w:w="2381"/>
          </w:tcPr>
          <w:p/>
        </w:tc>
      </w:tr>
      <w:tr>
        <w:trPr>
          <w:trHeight w:val="340" w:hRule="atLeast"/>
        </w:trPr>
        <w:tc>
          <w:tcPr>
            <w:tcW w:type="dxa" w:w="624"/>
            <w:vAlign w:val="center"/>
          </w:tcPr>
          <w:p>
            <w:pPr>
              <w:jc w:val="center"/>
            </w:pPr>
            <w:r/>
            <w:r>
              <w:rPr>
                <w:b w:val="0"/>
                <w:color w:val="000000"/>
              </w:rPr>
              <w:t>9</w:t>
            </w:r>
          </w:p>
        </w:tc>
        <w:tc>
          <w:tcPr>
            <w:tcW w:type="dxa" w:w="4082"/>
          </w:tcPr>
          <w:p/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  <w:tc>
          <w:tcPr>
            <w:tcW w:type="dxa" w:w="737"/>
          </w:tcPr>
          <w:p/>
        </w:tc>
        <w:tc>
          <w:tcPr>
            <w:tcW w:type="dxa" w:w="2381"/>
          </w:tcPr>
          <w:p/>
        </w:tc>
      </w:tr>
      <w:tr>
        <w:trPr>
          <w:trHeight w:val="340" w:hRule="atLeast"/>
        </w:trPr>
        <w:tc>
          <w:tcPr>
            <w:tcW w:type="dxa" w:w="624"/>
            <w:vAlign w:val="center"/>
          </w:tcPr>
          <w:p>
            <w:pPr>
              <w:jc w:val="center"/>
            </w:pPr>
            <w:r/>
            <w:r>
              <w:rPr>
                <w:b w:val="0"/>
                <w:color w:val="000000"/>
              </w:rPr>
              <w:t>10</w:t>
            </w:r>
          </w:p>
        </w:tc>
        <w:tc>
          <w:tcPr>
            <w:tcW w:type="dxa" w:w="4082"/>
          </w:tcPr>
          <w:p/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  <w:tc>
          <w:tcPr>
            <w:tcW w:type="dxa" w:w="737"/>
          </w:tcPr>
          <w:p/>
        </w:tc>
        <w:tc>
          <w:tcPr>
            <w:tcW w:type="dxa" w:w="2381"/>
          </w:tcPr>
          <w:p/>
        </w:tc>
      </w:tr>
      <w:tr>
        <w:trPr>
          <w:trHeight w:val="340" w:hRule="atLeast"/>
        </w:trPr>
        <w:tc>
          <w:tcPr>
            <w:tcW w:type="dxa" w:w="624"/>
            <w:vAlign w:val="center"/>
          </w:tcPr>
          <w:p>
            <w:pPr>
              <w:jc w:val="center"/>
            </w:pPr>
            <w:r/>
            <w:r>
              <w:rPr>
                <w:b w:val="0"/>
                <w:color w:val="000000"/>
              </w:rPr>
              <w:t>11</w:t>
            </w:r>
          </w:p>
        </w:tc>
        <w:tc>
          <w:tcPr>
            <w:tcW w:type="dxa" w:w="4082"/>
          </w:tcPr>
          <w:p/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  <w:tc>
          <w:tcPr>
            <w:tcW w:type="dxa" w:w="737"/>
          </w:tcPr>
          <w:p/>
        </w:tc>
        <w:tc>
          <w:tcPr>
            <w:tcW w:type="dxa" w:w="2381"/>
          </w:tcPr>
          <w:p/>
        </w:tc>
      </w:tr>
      <w:tr>
        <w:trPr>
          <w:trHeight w:val="340" w:hRule="atLeast"/>
        </w:trPr>
        <w:tc>
          <w:tcPr>
            <w:tcW w:type="dxa" w:w="624"/>
            <w:vAlign w:val="center"/>
          </w:tcPr>
          <w:p>
            <w:pPr>
              <w:jc w:val="center"/>
            </w:pPr>
            <w:r/>
            <w:r>
              <w:rPr>
                <w:b w:val="0"/>
                <w:color w:val="000000"/>
              </w:rPr>
              <w:t>12</w:t>
            </w:r>
          </w:p>
        </w:tc>
        <w:tc>
          <w:tcPr>
            <w:tcW w:type="dxa" w:w="4082"/>
          </w:tcPr>
          <w:p/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  <w:tc>
          <w:tcPr>
            <w:tcW w:type="dxa" w:w="737"/>
          </w:tcPr>
          <w:p/>
        </w:tc>
        <w:tc>
          <w:tcPr>
            <w:tcW w:type="dxa" w:w="2381"/>
          </w:tcPr>
          <w:p/>
        </w:tc>
      </w:tr>
    </w:tbl>
    <w:p>
      <w:pPr>
        <w:spacing w:line="140" w:lineRule="exact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669"/>
        <w:gridCol w:w="2268"/>
        <w:gridCol w:w="2268"/>
      </w:tblGrid>
      <w:tr>
        <w:trPr>
          <w:trHeight w:val="312" w:hRule="atLeast"/>
        </w:trPr>
        <w:tc>
          <w:tcPr>
            <w:tcW w:type="dxa" w:w="5669"/>
            <w:shd w:val="clear" w:color="auto" w:fill="E8F0EA"/>
            <w:vAlign w:val="center"/>
          </w:tcPr>
          <w:p>
            <w:r/>
            <w:r>
              <w:rPr>
                <w:b/>
                <w:color w:val="1C482B"/>
                <w:sz w:val="16"/>
              </w:rPr>
              <w:t>Göngyöleg (láda, rekesz)</w:t>
            </w:r>
          </w:p>
        </w:tc>
        <w:tc>
          <w:tcPr>
            <w:tcW w:type="dxa" w:w="2268"/>
            <w:shd w:val="clear" w:color="auto" w:fill="E8F0EA"/>
            <w:vAlign w:val="center"/>
          </w:tcPr>
          <w:p>
            <w:pPr>
              <w:jc w:val="center"/>
            </w:pPr>
            <w:r/>
            <w:r>
              <w:rPr>
                <w:b/>
                <w:color w:val="1C482B"/>
                <w:sz w:val="16"/>
              </w:rPr>
              <w:t>Kiadva (db)</w:t>
            </w:r>
          </w:p>
        </w:tc>
        <w:tc>
          <w:tcPr>
            <w:tcW w:type="dxa" w:w="2268"/>
            <w:shd w:val="clear" w:color="auto" w:fill="E8F0EA"/>
            <w:vAlign w:val="center"/>
          </w:tcPr>
          <w:p>
            <w:pPr>
              <w:jc w:val="center"/>
            </w:pPr>
            <w:r/>
            <w:r>
              <w:rPr>
                <w:b/>
                <w:color w:val="1C482B"/>
                <w:sz w:val="16"/>
              </w:rPr>
              <w:t>Visszavéve (db)</w:t>
            </w:r>
          </w:p>
        </w:tc>
      </w:tr>
      <w:tr>
        <w:trPr>
          <w:trHeight w:val="312" w:hRule="atLeast"/>
        </w:trPr>
        <w:tc>
          <w:tcPr>
            <w:tcW w:type="dxa" w:w="5669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rPr>
          <w:trHeight w:val="312" w:hRule="atLeast"/>
        </w:trPr>
        <w:tc>
          <w:tcPr>
            <w:tcW w:type="dxa" w:w="5669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</w:tbl>
    <w:p>
      <w:pPr>
        <w:spacing w:line="140" w:lineRule="exact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trHeight w:val="680" w:hRule="atLeast"/>
        </w:trPr>
        <w:tc>
          <w:tcPr>
            <w:tcW w:type="dxa" w:w="10205"/>
            <w:vAlign w:val="top"/>
          </w:tcPr>
          <w:p>
            <w:r/>
            <w:r>
              <w:rPr>
                <w:b w:val="0"/>
                <w:color w:val="505050"/>
              </w:rPr>
              <w:t>Megjegyzés:</w:t>
            </w:r>
          </w:p>
        </w:tc>
      </w:tr>
    </w:tbl>
    <w:p>
      <w:pPr>
        <w:spacing w:line="140" w:lineRule="exact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rPr>
          <w:trHeight w:val="312" w:hRule="atLeast"/>
        </w:trPr>
        <w:tc>
          <w:tcPr>
            <w:tcW w:type="dxa" w:w="10204"/>
            <w:gridSpan w:val="2"/>
            <w:shd w:val="clear" w:color="auto" w:fill="E8F0EA"/>
            <w:vAlign w:val="center"/>
          </w:tcPr>
          <w:p>
            <w:r/>
            <w:r>
              <w:rPr>
                <w:b/>
                <w:color w:val="1C482B"/>
                <w:sz w:val="16"/>
              </w:rPr>
              <w:t>ÁTVEVŐ</w:t>
            </w:r>
          </w:p>
        </w:tc>
      </w:tr>
      <w:tr>
        <w:trPr>
          <w:trHeight w:val="567" w:hRule="atLeast"/>
        </w:trPr>
        <w:tc>
          <w:tcPr>
            <w:tcW w:type="dxa" w:w="5102"/>
            <w:vAlign w:val="center"/>
          </w:tcPr>
          <w:p>
            <w:r/>
            <w:r>
              <w:rPr>
                <w:b w:val="0"/>
                <w:color w:val="505050"/>
              </w:rPr>
              <w:t>Olvasható név:</w:t>
            </w:r>
          </w:p>
        </w:tc>
        <w:tc>
          <w:tcPr>
            <w:tcW w:type="dxa" w:w="5102"/>
            <w:vAlign w:val="center"/>
          </w:tcPr>
          <w:p>
            <w:r/>
            <w:r>
              <w:rPr>
                <w:b w:val="0"/>
                <w:color w:val="505050"/>
              </w:rPr>
              <w:t>Aláírás:</w:t>
            </w:r>
          </w:p>
        </w:tc>
      </w:tr>
    </w:tbl>
    <w:p>
      <w:pPr>
        <w:spacing w:line="140" w:lineRule="exact"/>
      </w:pPr>
    </w:p>
    <w:p>
      <w:pPr>
        <w:jc w:val="center"/>
      </w:pPr>
      <w:r>
        <w:rPr>
          <w:i/>
          <w:color w:val="6C757D"/>
          <w:sz w:val="16"/>
        </w:rPr>
        <w:t>Készült a FuvarPlus ingyenes mintájával – fuvarplus.hu</w:t>
      </w:r>
    </w:p>
    <w:sectPr w:rsidR="00FC693F" w:rsidRPr="0006063C" w:rsidSect="00034616"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